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שני קולות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"שני קולות"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https://masa-pnima-horef.sites.tab.bot/p08.html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בתוכנו קול ביקורתי וקול מעודד; אנחנו יכולים לבחור להקשיב יותר לקול החברי.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חזק, רועש ונוטה להגזים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לציוץ ציפור בתוך רעש של רחוב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לומר לעצמנו מה שהיינו אומרים לחבר או לחברה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להחליט אם משהו טוב או רע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כמעט נפלנו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לתאר משהו גדול יותר ממה שהוא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🗣️ שני קולות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שני קולות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בראש שלנו יש שני קולות.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הקול הראשון חזק ורועש. הוא אומר: "לא הצלחת!" הוא מגזים.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הקול השני שקט. הוא אומר: "ניסית. מחר אפשר שוב." הוא מדבר כמו חבר טוב.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שני הקולות שלנו.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אנחנו יכולים לבחור למי להקשיב יותר.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תרגיל: מה הייתם אומרים לחבר או לחברה? אמרו את זה גם לעצמכם.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לשפוט  |  מעדנו  |  להגזים  |  ציוץ  |  מעמיד פנים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איך מתואר הקול הראשון?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חזק, רועש ונוטה להגזים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שקט ועדין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למה מושווה הקול השני?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להר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לציוץ ציפור בתוך רעש של רחוב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מציע התרגיל בסוף?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לומר לעצמנו מה שהיינו אומרים לחבר או לחברה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להשתיק את שני הקולות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לפי הקטע, אפשר להשתיק לגמרי את הקול הראשון.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הקול השני מעמיד פנים שהכול מושלם.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שני הקולות שייכים לנו.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לשפוט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לתאר משהו גדול יותר ממה שהוא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מעדנו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כמעט נפלנו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להגזים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להחליט אם משהו טוב או רע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דיאלוג קצר בין שני הקולות שלכם על משהו שקרה לכם (אמיתי או דמיוני). מי מנצח בסוף?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שני קולות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