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מסע בלי מזוודה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"מסע בלי מזוודה"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https://masa-pnima-horef.sites.tab.bot/p07.html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המסע אל עצמנו הוא מסע של שאלות, בלי קו סיום, שדורש סקרנות, סבלנות ואומץ.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מזוודה ודרכון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לשבילים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 יש בו ערבים ארוכים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– מה אני אוהב/ת, מה מפחיד אותי, מתי הרגשתי גאווה, מה הייתי רוצה לשנות.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סקרנות, סבלנות וקצת אומץ (וגם מחברת או רגע של שקט).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אין לו קו סיום – אנחנו משתנים כל הזמן.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"אין צורך לארוז".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אנחנו משתנים כל הזמן ולכן תמיד יש מה לגלות על עצמנו.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הדברים הקשים – טעויות ורגשות לא נעימים – הם חלק טבעי וחשוב מהיכרות עם עצמנו.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השאלות מתוארות כתחנות במסע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"עליות וירידות" – רגעים טובים וקשים בדרך.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מסע רגיל מול מסע פנימי שאין בו צורך בציוד חיצוני.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+ הסבר אישי.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🧭 מסע בלי מזוודה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מסע בלי מזוודה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כשאומרים "מסע", רובנו מדמיינים מזוודה, כרטיס טיסה ומפה של ארץ רחוקה. אבל יש מסע שלא צריך בשבילו לצאת מהבית, לא צריך דרכון ואפילו לא נעליים. זה המסע אל עצמנו.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במסע כזה המפה אינה מצוירת על נייר. התחנות הן שאלות: מה אני באמת אוהב או אוהבת? מה מפחיד אותי? מתי הרגשתי גאווה? מה הייתי רוצה לשנות? כל שאלה כזאת היא שביל, ולא תמיד ברור לאן הוא יוביל.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בכל מסע, גם כאן יש עליות וירידות. לפעמים מגלים דברים מפתיעים ומשמחים – כישרון שלא ידענו עליו, או כוח שהתגלה דווקא ברגע קשה. לפעמים פוגשים דברים שקשה להסתכל עליהם, כמו טעות שעשינו או רגש שאנחנו מעדיפים להסתיר. גם הם חלק מהדרך.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למסע הזה אין קו סיום. אנחנו משתנים כל הזמן, ולכן תמיד יש מה לגלות. אבל יש לו ציוד חשוב: סקרנות, סבלנות וקצת אומץ. גם מחברת או רגע של שקט יכולים לעזור.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החורף, עם ערביו הארוכים, הוא זמן טוב לצאת לדרך. אין צורך לארוז. רק לעצור, לנשום, ולשאול את השאלה הראשונה.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לא צריך במסע אל עצמנו?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סקרנות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מזוודה ודרכון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אומץ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הקטע משווה שאלות?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לשבילים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לכרטיסי טיסה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למה החורף הוא זמן טוב למסע, לפי הקטע?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 יש בו ערבים ארוכים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אין בו לימודים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 בו טסים לחו"ל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מהן "התחנות" במסע אל עצמנו?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מהו "הציוד" החשוב למסע?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למסע אל עצמנו יש קו סיום ברור.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במסע אפשר לגלות כישרון שלא ידענו עליו.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הקטע מציע לארוז הרבה ציוד.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מדוע, לפי הקטע, אין למסע הזה "קו סיום"?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פירוש "גם הם חלק מהדרך"?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המפה אינה מצוירת על נייר. התחנות הן שאלות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 בכל מסע, גם כאן יש עליות וירידות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צריך דרכון ואפילו לא נעליים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שאלה מהקטע הייתם בוחרים כתחנה הראשונה שלכם? הסבירו את בחירתכם.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המסע שלי פנימה: בחרו "תחנה" (שאלה אחת מהקטע) וכתבו עליה – מה גיליתם כשעצרתם 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מסע בלי מזוודה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