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מסע בלי מזוודה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הבנת הקטע "מסע בלי מזוודה" (מאמר הגות),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עולים חדשים – עברית פשוטה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https://masa-pnima-horef.sites.tab.bot/p07.html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רעיון מרכזי: המסע אל עצמנו הוא מסע של שאלות, בלי קו סיום, שדורש סקרנות, סבלנות ואומץ.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תיק גדול לבגדים בנסיעה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מסמך שצריך כדי לטוס לארץ אחרת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מקומות עצירה בדרך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משהו שאני טוב או טובה בו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רצון לדעת ולגלות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מזוודה ודרכון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לשבילים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כי יש בו ערבים ארוכים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אין לו קו סיום – אנחנו משתנים כל הזמן.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"אין צורך לארוז".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שאלות – מה אני אוהב/ת, מה מפחיד אותי, מתי הרגשתי גאווה, מה הייתי רוצה לשנות.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3–5 משפטים פשוטים, שימוש במילה אחת לפחות מהמילון.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🧭 מסע בלי מזוודה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מסע בלי מזוודה (גרסה פשוטה)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כשאומרים "מסע", חושבים על מזוודה ועל טיסה.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אבל יש מסע בלי מזוודה: המסע אל עצמנו.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בכל תחנה במסע יש שאלה: מה אני אוהב או אוהבת? ממה אני מפחד או מפחדת?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במסע יש דברים שמחים – למשל כישרון חדש.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יש גם דברים קשים – למשל טעות. גם הם חלק מהדרך.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למסע אין סוף. צריך סקרנות, סבלנות ואומץ.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החורף הוא זמן טוב להתחיל: לעצור, לנשום ולשאול.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מזוודה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תיק גדול לבגדים בנסיעה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דרכון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🛂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מסמך שצריך כדי לטוס לארץ אחרת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תחנות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מקומות עצירה בדרך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כישרון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משהו שאני טוב או טובה בו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סקרנות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🔎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רצון לדעת ולגלות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אומץ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🦁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לעשות משהו גם כשמפחד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מילה לפירוש.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מזוודה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תיק גדול לבגדים בנסיעה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דרכון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משהו שאני טוב או טובה בו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תחנות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מקומות עצירה בדרך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כישרון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מסמך שצריך כדי לטוס לארץ אחרת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סקרנות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רצון לדעת ולגלות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הבנת הקטע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לא צריך במסע אל עצמנו?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סקרנות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מזוודה ודרכון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אומץ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למה הקטע משווה שאלות?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לשבילים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לנעליים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לכרטיסי טיסה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למה החורף הוא זמן טוב למסע, לפי הקטע?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כי יש בו ערבים ארוכים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כי אין בו לימודים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כי בו טסים לחו"ל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למסע אל עצמנו יש קו סיום ברור.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במסע אפשר לגלות כישרון שלא ידענו עליו.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הקטע מציע לארוז הרבה ציוד.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שאלה פתוחה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במשפט אחד או שניים.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מהן "התחנות" במסע אל עצמנו?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המסע שלי פנימה ✍️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המסע שלי פנימה: בחרו "תחנה" (שאלה אחת מהקטע) וכתבו עליה – מה גיליתם כשעצרתם 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להתחיל: "אני מרגיש/ה ש..." / "פעם אחת..." / "אני לומד/ת ש..."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מותר לכתוב מילים בשפת האם ולהוסיף בעברית.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מסע בלי מזוודה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