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מסע בלי מזוודה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הבנת הקטע "מסע בלי מזוודה" (מאמר הגות),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חנ״מ – גרסה מונגשת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https://masa-pnima-horef.sites.tab.bot/p07.html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 מרכזי: המסע אל עצמנו הוא מסע של שאלות, בלי קו סיום, שדורש סקרנות, סבלנות ואומץ.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מזוודה ודרכון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לשבילים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כי יש בו ערבים ארוכים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תיק גדול לבגדים בנסיעה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מסמך שצריך כדי לטוס לארץ אחרת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מקומות עצירה בדרך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משפטים שלמים הקשורים לנושא; ציור עם כותרת מתקבל.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🧭 מסע בלי מזוודה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מסע בלי מזוודה (גרסה פשוטה)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כשאומרים "מסע", חושבים על מזוודה ועל טיסה.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אבל יש מסע בלי מזוודה: המסע אל עצמנו.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בכל תחנה במסע יש שאלה: מה אני אוהב או אוהבת? ממה אני מפחד או מפחדת?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במסע יש דברים שמחים – למשל כישרון חדש.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יש גם דברים קשים – למשל טעות. גם הם חלק מהדרך.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למסע אין סוף. צריך סקרנות, סבלנות ואומץ.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החורף הוא זמן טוב להתחיל: לעצור, לנשום ולשאול.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מזוודה  |  דרכון  |  תחנות  |  כישרון  |  סקרנות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 אפשר לבקש שיקריאו לכם.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לא צריך במסע אל עצמנו?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מזוודה ודרכון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סקרנות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למה הקטע משווה שאלות?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לשבילים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לנעליים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למה החורף הוא זמן טוב למסע, לפי הקטע?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כי יש בו ערבים ארוכים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כי אין בו לימודים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למסע אל עצמנו יש קו סיום ברור.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במסע אפשר לגלות כישרון שלא ידענו עליו.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הקטע מציע לארוז הרבה ציוד.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מילה ופירוש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מתחו קו או 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מזוודה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מקומות עצירה בדרך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דרכון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מסמך שצריך כדי לטוס לארץ אחרת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תחנות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תיק גדול לבגדים בנסיעה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המסע שלי פנימה ✍️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המסע שלי פנימה: בחרו "תחנה" (שאלה אחת מהקטע) וכתבו עליה – מה גיליתם כשעצרתם בה?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לכתוב 3–4 משפטים או לצייר ולהוסיף משפט.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להתחיל כך: "פעם אחת אני..."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מסע בלי מזוודה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