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פנס קטן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הבנת הקטע "פנס קטן" (שיר), זיהוי לשון ציורית, פרשנות וכתיבה רפלקטיבית: "המסע שלי פנימה".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 (ז׳–ט׳)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https://masa-pnima-horef.sites.tab.bot/p06.html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רעיון מרכזי: גם בחושך יש בנו מקורות אור – זיכרונות, קשרים ומילים טובות – שאפשר להדליק. מומלץ להקריא את הקטע בקול לפני העבודה.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 עדינה: בדף זה אין תשובות נכונות או לא נכונות על הרגשות שלנו. שיתוף הוא תמיד מרצון. אם עולה משהו כבד – אפשר לפנות למבוגר או למבוגרת שסומכים עליהם.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לשמיכה אפורה וכבדה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פנס שאיש אינו רואה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גם בחושך יש בנו אור שאפשר להדליק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מנורה ליד מיטה, נר על שולחן.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זיכרון של חיבוק, מילה טובה, צחוק עם חבר או חברה, ריח של מרק חם, שיר בראש.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"שאיש אינו רואה".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"האור אינו נמצא רק בשמש".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הכוח והתקווה נמצאים בנו; אנחנו יכולים "להדליק" אותם בעצמנו.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כדי להראות מעבר מתחושת כובד וחוסר דרך – לתקווה ולכוח פנימי.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מטאפורה – החושך מתואר כשמיכה – בלי מילת דימוי.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האנשה – לירח ניתנה תכונה אנושית – שכחה.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 – הרחוב מושווה לספר סגור – שקט ונעול.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 + התייחסות לשיר.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ו׳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תוכן אישי ורלוונטי, מבנה (פתיחה–אמצע–סיום), שימוש באמצעי ציורי אחד לפחות, לשון תקינה.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🔦 פנס קטן – דף תרגול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פנס קטן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בערבי החורף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החושך מגיע מוקדם,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פורש על העיר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שמיכה אפורה וכבדה.</w:t>
      </w:r>
    </w:p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הכוכבים מתחבאים,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הירח שוכח לבוא,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והרחוב שותק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כמו ספר סגור.</w:t>
      </w:r>
    </w:p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אבל בכל חלון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דולק אור קטן: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מנורה ליד מיטה,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נר על שולחן.</w:t>
      </w:r>
    </w:p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ובכל לב יש פנס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שאיש אינו רואה: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זיכרון של חיבוק,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טובה שנאמרה,</w:t>
      </w:r>
    </w:p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צחוק עם חבר או חברה,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ריח של מרק חם,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שיר שמתנגן בראש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גם כשהכול דומם.</w:t>
      </w:r>
    </w:p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וכשנדמה שאין דרך,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שהלילה לא ייגמר,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אפשר להדליק את הפנס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ולצעוד – צעד אחר צעד.</w:t>
      </w:r>
    </w:p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כי האור אינו נמצא רק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בשמש שבשמיים;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לפעמים הוא מחכה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בתוכנו, בין הידיים.</w:t>
      </w:r>
    </w:p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איתור והבנה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הנכונה, וענו במשפט שלם.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למה מושווה החושך בבית הראשון?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לשמיכה אפורה וכבדה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לספר סגור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לנר דולק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נמצא "בכל לב", לפי השיר?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פנס שאיש אינו רואה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כוכב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חלון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המסר של השיר?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בחורף אסור לצאת מהבית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גם בחושך יש בנו אור שאפשר להדליק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צריך לקנות פנס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אילו אורות דולקים בחלונות?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מנו שלושה דברים שהם "הפנס" שבלב.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✓ במשבצת המתאימה. אם המשפט לא נכון – תקנו אותו בעל־פה או בשורה מתחת.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בשיר, הירח שוכח לבוא.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הפנס שבלב גלוי לכולם.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לפי השיר, אור נמצא רק בשמש.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פרשנות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ענו בשניים–שלושה משפטים. הביאו ראיה מהקטע.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פירוש "האור... מחכה בתוכנו, בין הידיים"?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מדוע השיר מתחיל בחושך ומסתיים באור?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לשון ציורית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לכל ביטוי כתבו את סוג האמצעי (דימוי / מטאפורה / האנשה / ניגוד / חזרה) ומה הוא מוסיף לקטע.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הביטוי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סוג האמצעי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הוא מוסיף?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פורש על העיר שמיכה אפורה וכבדה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הירח שוכח לבוא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והרחוב שותק כמו ספר סגור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הערכה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הביעו עמדה ונמקו.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"הפנס" שלכם – דבר שמאיר לכם ברגע קשה? האם השיר מצליח לעודד? נמקו.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ו׳ – המסע שלי פנימה ✍️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על "הפנס" שלכם: זיכרון, אדם או דבר קטן שמאיר לכם כשקשה. תארו אותו בעזרת שלושה חושים.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כתבו 6–10 שורות.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השתמשו לפחות בדימוי אחד או בהאנשה אחת.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אין צורך לשתף – הכתיבה שלכם.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משפט אחד מהקטע שאני לוקח/ת איתי: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אחת שמתארת איך הרגשתי בקריאה: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פנס קטן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